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175EC" w14:textId="3E983940" w:rsidR="003B5CEC" w:rsidRPr="003E7384" w:rsidRDefault="003E7384">
      <w:pPr>
        <w:spacing w:after="20"/>
        <w:jc w:val="center"/>
        <w:rPr>
          <w:rFonts w:ascii="맑은 고딕" w:hAnsi="맑은 고딕"/>
          <w:sz w:val="40"/>
          <w:szCs w:val="40"/>
          <w:lang w:eastAsia="ko-KR"/>
        </w:rPr>
      </w:pPr>
      <w:r w:rsidRPr="003E7384">
        <w:rPr>
          <w:rFonts w:ascii="맑은 고딕" w:hAnsi="맑은 고딕" w:hint="eastAsia"/>
          <w:b/>
          <w:sz w:val="40"/>
          <w:szCs w:val="40"/>
          <w:lang w:eastAsia="ko-KR"/>
        </w:rPr>
        <w:t>2026년 별빛미술관 청년·신진작가 공모</w:t>
      </w:r>
      <w:r w:rsidRPr="003E7384">
        <w:rPr>
          <w:rFonts w:ascii="맑은 고딕" w:hAnsi="맑은 고딕" w:hint="eastAsia"/>
          <w:b/>
          <w:sz w:val="40"/>
          <w:szCs w:val="40"/>
          <w:lang w:eastAsia="ko-KR"/>
        </w:rPr>
        <w:t xml:space="preserve"> 지원서</w:t>
      </w:r>
    </w:p>
    <w:p w14:paraId="37E7FAB4" w14:textId="77777777" w:rsidR="003B5CEC" w:rsidRPr="003E7384" w:rsidRDefault="00ED32CC">
      <w:pPr>
        <w:spacing w:after="80"/>
        <w:rPr>
          <w:rFonts w:ascii="맑은 고딕" w:hAnsi="맑은 고딕"/>
          <w:lang w:eastAsia="ko-KR"/>
        </w:rPr>
      </w:pPr>
      <w:r w:rsidRPr="003E7384">
        <w:rPr>
          <w:rFonts w:ascii="맑은 고딕" w:hAnsi="맑은 고딕"/>
          <w:color w:val="5F5F5F"/>
          <w:sz w:val="16"/>
          <w:lang w:eastAsia="ko-KR"/>
        </w:rPr>
        <w:t xml:space="preserve">※ </w:t>
      </w:r>
      <w:r w:rsidRPr="003E7384">
        <w:rPr>
          <w:rFonts w:ascii="맑은 고딕" w:hAnsi="맑은 고딕"/>
          <w:color w:val="5F5F5F"/>
          <w:sz w:val="16"/>
          <w:lang w:eastAsia="ko-KR"/>
        </w:rPr>
        <w:t>안내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문구는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작성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완료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후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삭제해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주세요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. </w:t>
      </w:r>
      <w:r w:rsidRPr="003E7384">
        <w:rPr>
          <w:rFonts w:ascii="맑은 고딕" w:hAnsi="맑은 고딕"/>
          <w:color w:val="5F5F5F"/>
          <w:sz w:val="16"/>
          <w:lang w:eastAsia="ko-KR"/>
        </w:rPr>
        <w:t>해당사항이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없는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항목은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‘</w:t>
      </w:r>
      <w:r w:rsidRPr="003E7384">
        <w:rPr>
          <w:rFonts w:ascii="맑은 고딕" w:hAnsi="맑은 고딕"/>
          <w:color w:val="5F5F5F"/>
          <w:sz w:val="16"/>
          <w:lang w:eastAsia="ko-KR"/>
        </w:rPr>
        <w:t>해당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없음</w:t>
      </w:r>
      <w:r w:rsidRPr="003E7384">
        <w:rPr>
          <w:rFonts w:ascii="맑은 고딕" w:hAnsi="맑은 고딕"/>
          <w:color w:val="5F5F5F"/>
          <w:sz w:val="16"/>
          <w:lang w:eastAsia="ko-KR"/>
        </w:rPr>
        <w:t>’</w:t>
      </w:r>
      <w:r w:rsidRPr="003E7384">
        <w:rPr>
          <w:rFonts w:ascii="맑은 고딕" w:hAnsi="맑은 고딕"/>
          <w:color w:val="5F5F5F"/>
          <w:sz w:val="16"/>
          <w:lang w:eastAsia="ko-KR"/>
        </w:rPr>
        <w:t>으로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기재해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주세요</w:t>
      </w:r>
      <w:r w:rsidRPr="003E7384">
        <w:rPr>
          <w:rFonts w:ascii="맑은 고딕" w:hAnsi="맑은 고딕"/>
          <w:color w:val="5F5F5F"/>
          <w:sz w:val="16"/>
          <w:lang w:eastAsia="ko-KR"/>
        </w:rPr>
        <w:t>.</w:t>
      </w:r>
    </w:p>
    <w:p w14:paraId="59898E60" w14:textId="77777777" w:rsidR="003B5CEC" w:rsidRPr="003E7384" w:rsidRDefault="00ED32CC">
      <w:pPr>
        <w:spacing w:before="120" w:after="80"/>
        <w:rPr>
          <w:rFonts w:ascii="맑은 고딕" w:hAnsi="맑은 고딕"/>
        </w:rPr>
      </w:pPr>
      <w:r w:rsidRPr="003E7384">
        <w:rPr>
          <w:rFonts w:ascii="맑은 고딕" w:hAnsi="맑은 고딕"/>
          <w:b/>
          <w:sz w:val="26"/>
        </w:rPr>
        <w:t xml:space="preserve">1. </w:t>
      </w:r>
      <w:r w:rsidRPr="003E7384">
        <w:rPr>
          <w:rFonts w:ascii="맑은 고딕" w:hAnsi="맑은 고딕"/>
          <w:b/>
          <w:sz w:val="26"/>
        </w:rPr>
        <w:t>지원자</w:t>
      </w:r>
      <w:r w:rsidRPr="003E7384">
        <w:rPr>
          <w:rFonts w:ascii="맑은 고딕" w:hAnsi="맑은 고딕"/>
          <w:b/>
          <w:sz w:val="26"/>
        </w:rPr>
        <w:t xml:space="preserve"> </w:t>
      </w:r>
      <w:r w:rsidRPr="003E7384">
        <w:rPr>
          <w:rFonts w:ascii="맑은 고딕" w:hAnsi="맑은 고딕"/>
          <w:b/>
          <w:sz w:val="26"/>
        </w:rPr>
        <w:t>기본정보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</w:tblGrid>
      <w:tr w:rsidR="003B5CEC" w:rsidRPr="003E7384" w14:paraId="5E658A29" w14:textId="77777777">
        <w:trPr>
          <w:jc w:val="center"/>
        </w:trPr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27E18E" w14:textId="55068DC0" w:rsidR="003B5CEC" w:rsidRPr="003E7384" w:rsidRDefault="00ED32CC">
            <w:pPr>
              <w:rPr>
                <w:rFonts w:ascii="맑은 고딕" w:hAnsi="맑은 고딕" w:hint="eastAsia"/>
                <w:lang w:eastAsia="ko-KR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작가명</w:t>
            </w:r>
            <w:r w:rsidR="00A951F8">
              <w:rPr>
                <w:rFonts w:ascii="맑은 고딕" w:hAnsi="맑은 고딕" w:hint="eastAsia"/>
                <w:b/>
                <w:sz w:val="17"/>
                <w:lang w:eastAsia="ko-KR"/>
              </w:rPr>
              <w:t xml:space="preserve"> (활동명)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04AE8C" w14:textId="77777777" w:rsidR="003B5CEC" w:rsidRPr="003E7384" w:rsidRDefault="003B5CEC">
            <w:pPr>
              <w:rPr>
                <w:rFonts w:ascii="맑은 고딕" w:hAnsi="맑은 고딕"/>
              </w:rPr>
            </w:pPr>
          </w:p>
        </w:tc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A8FFE9" w14:textId="3B0BF6C4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성명</w:t>
            </w:r>
            <w:r w:rsidR="00A951F8">
              <w:rPr>
                <w:rFonts w:ascii="맑은 고딕" w:hAnsi="맑은 고딕" w:hint="eastAsia"/>
                <w:b/>
                <w:sz w:val="17"/>
                <w:lang w:eastAsia="ko-KR"/>
              </w:rPr>
              <w:t xml:space="preserve"> </w:t>
            </w:r>
            <w:r w:rsidRPr="003E7384">
              <w:rPr>
                <w:rFonts w:ascii="맑은 고딕" w:hAnsi="맑은 고딕"/>
                <w:b/>
                <w:sz w:val="17"/>
              </w:rPr>
              <w:t>(</w:t>
            </w:r>
            <w:r w:rsidRPr="003E7384">
              <w:rPr>
                <w:rFonts w:ascii="맑은 고딕" w:hAnsi="맑은 고딕"/>
                <w:b/>
                <w:sz w:val="17"/>
              </w:rPr>
              <w:t>본명</w:t>
            </w:r>
            <w:r w:rsidRPr="003E7384">
              <w:rPr>
                <w:rFonts w:ascii="맑은 고딕" w:hAnsi="맑은 고딕"/>
                <w:b/>
                <w:sz w:val="17"/>
              </w:rPr>
              <w:t>)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6E5954" w14:textId="77777777" w:rsidR="003B5CEC" w:rsidRPr="003E7384" w:rsidRDefault="003B5CEC">
            <w:pPr>
              <w:rPr>
                <w:rFonts w:ascii="맑은 고딕" w:hAnsi="맑은 고딕"/>
              </w:rPr>
            </w:pPr>
          </w:p>
        </w:tc>
      </w:tr>
      <w:tr w:rsidR="003B5CEC" w:rsidRPr="003E7384" w14:paraId="22DB0858" w14:textId="77777777">
        <w:trPr>
          <w:jc w:val="center"/>
        </w:trPr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722BE6" w14:textId="77777777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생년월일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0B01B4" w14:textId="77777777" w:rsidR="003B5CEC" w:rsidRPr="003E7384" w:rsidRDefault="003B5CEC">
            <w:pPr>
              <w:rPr>
                <w:rFonts w:ascii="맑은 고딕" w:hAnsi="맑은 고딕"/>
              </w:rPr>
            </w:pPr>
          </w:p>
        </w:tc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4D26A3" w14:textId="77777777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연락처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D029A9" w14:textId="77777777" w:rsidR="003B5CEC" w:rsidRPr="003E7384" w:rsidRDefault="003B5CEC">
            <w:pPr>
              <w:rPr>
                <w:rFonts w:ascii="맑은 고딕" w:hAnsi="맑은 고딕"/>
              </w:rPr>
            </w:pPr>
          </w:p>
        </w:tc>
      </w:tr>
      <w:tr w:rsidR="003B5CEC" w:rsidRPr="003E7384" w14:paraId="4F9D66E7" w14:textId="77777777">
        <w:trPr>
          <w:jc w:val="center"/>
        </w:trPr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DBEA8A" w14:textId="77777777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이메일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C1906A" w14:textId="77777777" w:rsidR="003B5CEC" w:rsidRPr="003E7384" w:rsidRDefault="003B5CEC">
            <w:pPr>
              <w:rPr>
                <w:rFonts w:ascii="맑은 고딕" w:hAnsi="맑은 고딕"/>
              </w:rPr>
            </w:pPr>
          </w:p>
        </w:tc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CE1C02" w14:textId="77777777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홈페이지</w:t>
            </w:r>
            <w:r w:rsidRPr="003E7384">
              <w:rPr>
                <w:rFonts w:ascii="맑은 고딕" w:hAnsi="맑은 고딕"/>
                <w:b/>
                <w:sz w:val="17"/>
              </w:rPr>
              <w:t xml:space="preserve"> / SNS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41548F9" w14:textId="77777777" w:rsidR="003B5CEC" w:rsidRPr="003E7384" w:rsidRDefault="003B5CEC">
            <w:pPr>
              <w:rPr>
                <w:rFonts w:ascii="맑은 고딕" w:hAnsi="맑은 고딕"/>
              </w:rPr>
            </w:pPr>
          </w:p>
        </w:tc>
      </w:tr>
      <w:tr w:rsidR="003B5CEC" w:rsidRPr="003E7384" w14:paraId="1BF2D4A3" w14:textId="77777777">
        <w:trPr>
          <w:jc w:val="center"/>
        </w:trPr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817BB7" w14:textId="77777777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주소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74067A" w14:textId="77777777" w:rsidR="003B5CEC" w:rsidRPr="003E7384" w:rsidRDefault="003B5CEC">
            <w:pPr>
              <w:rPr>
                <w:rFonts w:ascii="맑은 고딕" w:hAnsi="맑은 고딕"/>
              </w:rPr>
            </w:pPr>
          </w:p>
        </w:tc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295ED9" w14:textId="77777777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작품 활동 시작연도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286D39" w14:textId="6E7F29D6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7"/>
                <w:lang w:eastAsia="ko-KR"/>
              </w:rPr>
              <w:t>20      년</w:t>
            </w:r>
          </w:p>
        </w:tc>
      </w:tr>
      <w:tr w:rsidR="003B5CEC" w:rsidRPr="003E7384" w14:paraId="1BF2D4A3" w14:textId="77777777">
        <w:trPr>
          <w:jc w:val="center"/>
        </w:trPr>
        <w:tc>
          <w:tcPr>
            <w:tcW w:w="10200" w:type="dxa"/>
            <w:gridSpan w:val="4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817BB7" w14:textId="77777777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5"/>
              </w:rPr>
              <w:t>※ 최초 개인전, 기획전, 공모 선정, 아트 프로젝트 등 대외 발표 기준</w:t>
            </w:r>
          </w:p>
        </w:tc>
      </w:tr>
      <w:tr w:rsidR="003B5CEC" w:rsidRPr="003E7384" w14:paraId="5E658A29" w14:textId="77777777">
        <w:trPr>
          <w:jc w:val="center"/>
        </w:trPr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27E18E" w14:textId="55068DC0" w:rsidR="003B5CEC" w:rsidRPr="003E7384" w:rsidRDefault="00ED32CC">
            <w:pPr>
              <w:rPr>
                <w:rFonts w:ascii="맑은 고딕" w:hAnsi="맑은 고딕" w:hint="eastAsia"/>
                <w:lang w:eastAsia="ko-KR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가산점 해당 여부</w:t>
            </w:r>
          </w:p>
        </w:tc>
        <w:tc>
          <w:tcPr>
            <w:tcW w:w="765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A8FFE9" w14:textId="3B0BF6C4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□ 만 19세 이상~만 39세 이하 청년작가   □ 선정 시 생애 첫 개인전 개최   □ 해당 없음</w:t>
            </w:r>
          </w:p>
        </w:tc>
      </w:tr>
    </w:tbl>
    <w:p w14:paraId="1C09B696" w14:textId="668FA52F" w:rsidR="003B5CEC" w:rsidRPr="003E7384" w:rsidRDefault="00ED32CC" w:rsidP="00A951F8">
      <w:pPr>
        <w:spacing w:before="120" w:after="80"/>
        <w:rPr>
          <w:rFonts w:ascii="맑은 고딕" w:hAnsi="맑은 고딕"/>
          <w:lang w:eastAsia="ko-KR"/>
        </w:rPr>
      </w:pPr>
      <w:r w:rsidRPr="003E7384">
        <w:rPr>
          <w:rFonts w:ascii="맑은 고딕" w:hAnsi="맑은 고딕"/>
          <w:b/>
          <w:sz w:val="26"/>
          <w:lang w:eastAsia="ko-KR"/>
        </w:rPr>
        <w:t xml:space="preserve">2. </w:t>
      </w:r>
      <w:r w:rsidRPr="003E7384">
        <w:rPr>
          <w:rFonts w:ascii="맑은 고딕" w:hAnsi="맑은 고딕"/>
          <w:b/>
          <w:sz w:val="26"/>
          <w:lang w:eastAsia="ko-KR"/>
        </w:rPr>
        <w:t>주요</w:t>
      </w:r>
      <w:r w:rsidRPr="003E7384">
        <w:rPr>
          <w:rFonts w:ascii="맑은 고딕" w:hAnsi="맑은 고딕"/>
          <w:b/>
          <w:sz w:val="26"/>
          <w:lang w:eastAsia="ko-KR"/>
        </w:rPr>
        <w:t xml:space="preserve"> </w:t>
      </w:r>
      <w:r w:rsidRPr="003E7384">
        <w:rPr>
          <w:rFonts w:ascii="맑은 고딕" w:hAnsi="맑은 고딕"/>
          <w:b/>
          <w:sz w:val="26"/>
          <w:lang w:eastAsia="ko-KR"/>
        </w:rPr>
        <w:t>경</w:t>
      </w:r>
      <w:r w:rsidR="00A951F8">
        <w:rPr>
          <w:rFonts w:ascii="맑은 고딕" w:hAnsi="맑은 고딕" w:hint="eastAsia"/>
          <w:b/>
          <w:sz w:val="26"/>
          <w:lang w:eastAsia="ko-KR"/>
        </w:rPr>
        <w:t>력</w:t>
      </w:r>
    </w:p>
    <w:p w14:paraId="3BAE5DE0" w14:textId="77777777" w:rsidR="003B5CEC" w:rsidRPr="003E7384" w:rsidRDefault="00ED32CC">
      <w:pPr>
        <w:spacing w:after="80"/>
        <w:rPr>
          <w:rFonts w:ascii="맑은 고딕" w:hAnsi="맑은 고딕"/>
          <w:lang w:eastAsia="ko-KR"/>
        </w:rPr>
      </w:pPr>
      <w:r w:rsidRPr="003E7384">
        <w:rPr>
          <w:rFonts w:ascii="맑은 고딕" w:hAnsi="맑은 고딕"/>
          <w:color w:val="5F5F5F"/>
          <w:sz w:val="16"/>
          <w:lang w:eastAsia="ko-KR"/>
        </w:rPr>
        <w:t>※ 최근 순으로 작성해 주세요. 작품 활동을 시작한 시점을 확인할 수 있도록 최초 대외 발표 이력을 포함하여 기재해 주세요.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</w:tblGrid>
      <w:tr w:rsidR="003B5CEC" w:rsidRPr="003E7384" w14:paraId="4F8AE063" w14:textId="77777777">
        <w:trPr>
          <w:jc w:val="center"/>
        </w:trPr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543BDC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구분</w:t>
            </w:r>
          </w:p>
        </w:tc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892676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기간</w:t>
            </w:r>
            <w:r w:rsidRPr="003E7384">
              <w:rPr>
                <w:rFonts w:ascii="맑은 고딕" w:hAnsi="맑은 고딕"/>
                <w:b/>
                <w:sz w:val="17"/>
              </w:rPr>
              <w:t xml:space="preserve"> / </w:t>
            </w:r>
            <w:r w:rsidRPr="003E7384">
              <w:rPr>
                <w:rFonts w:ascii="맑은 고딕" w:hAnsi="맑은 고딕"/>
                <w:b/>
                <w:sz w:val="17"/>
              </w:rPr>
              <w:t>연도</w:t>
            </w:r>
          </w:p>
        </w:tc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9557E7" w14:textId="77777777" w:rsidR="003B5CEC" w:rsidRPr="003E7384" w:rsidRDefault="00ED32CC">
            <w:pPr>
              <w:jc w:val="center"/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b/>
                <w:sz w:val="17"/>
                <w:lang w:eastAsia="ko-KR"/>
              </w:rPr>
              <w:t>전시</w:t>
            </w:r>
            <w:r w:rsidRPr="003E7384">
              <w:rPr>
                <w:rFonts w:ascii="맑은 고딕" w:hAnsi="맑은 고딕"/>
                <w:b/>
                <w:sz w:val="17"/>
                <w:lang w:eastAsia="ko-KR"/>
              </w:rPr>
              <w:t>·</w:t>
            </w:r>
            <w:r w:rsidRPr="003E7384">
              <w:rPr>
                <w:rFonts w:ascii="맑은 고딕" w:hAnsi="맑은 고딕"/>
                <w:b/>
                <w:sz w:val="17"/>
                <w:lang w:eastAsia="ko-KR"/>
              </w:rPr>
              <w:t>수상</w:t>
            </w:r>
            <w:r w:rsidRPr="003E7384">
              <w:rPr>
                <w:rFonts w:ascii="맑은 고딕" w:hAnsi="맑은 고딕"/>
                <w:b/>
                <w:sz w:val="17"/>
                <w:lang w:eastAsia="ko-KR"/>
              </w:rPr>
              <w:t>·</w:t>
            </w:r>
            <w:r w:rsidRPr="003E7384">
              <w:rPr>
                <w:rFonts w:ascii="맑은 고딕" w:hAnsi="맑은 고딕"/>
                <w:b/>
                <w:sz w:val="17"/>
                <w:lang w:eastAsia="ko-KR"/>
              </w:rPr>
              <w:t>레지던시명</w:t>
            </w:r>
          </w:p>
        </w:tc>
        <w:tc>
          <w:tcPr>
            <w:tcW w:w="2550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5A2D5B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장소</w:t>
            </w:r>
            <w:r w:rsidRPr="003E7384">
              <w:rPr>
                <w:rFonts w:ascii="맑은 고딕" w:hAnsi="맑은 고딕"/>
                <w:b/>
                <w:sz w:val="17"/>
              </w:rPr>
              <w:t xml:space="preserve"> / </w:t>
            </w:r>
            <w:r w:rsidRPr="003E7384">
              <w:rPr>
                <w:rFonts w:ascii="맑은 고딕" w:hAnsi="맑은 고딕"/>
                <w:b/>
                <w:sz w:val="17"/>
              </w:rPr>
              <w:t>기관</w:t>
            </w:r>
          </w:p>
        </w:tc>
      </w:tr>
      <w:tr w:rsidR="003B5CEC" w:rsidRPr="003E7384" w14:paraId="563979D6" w14:textId="77777777">
        <w:trPr>
          <w:jc w:val="center"/>
        </w:trPr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CF1820" w14:textId="77777777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개인전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단체전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br/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수상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레지던시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기타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DD3527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D4CF57B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724121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</w:tr>
      <w:tr w:rsidR="003B5CEC" w:rsidRPr="003E7384" w14:paraId="20430509" w14:textId="77777777">
        <w:trPr>
          <w:jc w:val="center"/>
        </w:trPr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03E154" w14:textId="77777777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개인전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단체전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br/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수상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레지던시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기타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E84483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9905C5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7F2889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</w:tr>
      <w:tr w:rsidR="003B5CEC" w:rsidRPr="003E7384" w14:paraId="4518722F" w14:textId="77777777">
        <w:trPr>
          <w:jc w:val="center"/>
        </w:trPr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24E803" w14:textId="77777777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개인전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단체전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br/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수상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레지던시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기타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E58858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AC55DC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66B41B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</w:tr>
      <w:tr w:rsidR="003B5CEC" w:rsidRPr="003E7384" w14:paraId="5FDD7011" w14:textId="77777777">
        <w:trPr>
          <w:jc w:val="center"/>
        </w:trPr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E15103" w14:textId="77777777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개인전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단체전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br/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수상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레지던시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기타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EDB50F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47D98B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8715BD9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</w:tr>
      <w:tr w:rsidR="003B5CEC" w:rsidRPr="003E7384" w14:paraId="7D952A3E" w14:textId="77777777">
        <w:trPr>
          <w:jc w:val="center"/>
        </w:trPr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212D04" w14:textId="77777777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개인전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단체전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br/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수상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레지던시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기타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C8E16D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7CC674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D5F7ED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</w:tr>
      <w:tr w:rsidR="003B5CEC" w:rsidRPr="003E7384" w14:paraId="66A8A985" w14:textId="77777777">
        <w:trPr>
          <w:jc w:val="center"/>
        </w:trPr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E828322" w14:textId="77777777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개인전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단체전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br/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수상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레지던시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기타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ED9DDF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CE4AC7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A179B2C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</w:tr>
      <w:tr w:rsidR="003B5CEC" w:rsidRPr="003E7384" w14:paraId="5FECF85F" w14:textId="77777777">
        <w:trPr>
          <w:jc w:val="center"/>
        </w:trPr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7C388B" w14:textId="77777777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개인전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단체전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br/>
              <w:t xml:space="preserve">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수상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레지던시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 xml:space="preserve">  □ </w:t>
            </w:r>
            <w:r w:rsidRPr="003E7384">
              <w:rPr>
                <w:rFonts w:ascii="맑은 고딕" w:hAnsi="맑은 고딕"/>
                <w:sz w:val="14"/>
                <w:lang w:eastAsia="ko-KR"/>
              </w:rPr>
              <w:t>기타</w:t>
            </w: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92158D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5168CF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  <w:tc>
          <w:tcPr>
            <w:tcW w:w="25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2EBBF2" w14:textId="77777777" w:rsidR="003B5CEC" w:rsidRPr="003E7384" w:rsidRDefault="003B5CEC">
            <w:pPr>
              <w:rPr>
                <w:rFonts w:ascii="맑은 고딕" w:hAnsi="맑은 고딕"/>
                <w:lang w:eastAsia="ko-KR"/>
              </w:rPr>
            </w:pPr>
          </w:p>
        </w:tc>
      </w:tr>
    </w:tbl>
    <w:p w14:paraId="21013CF7" w14:textId="77777777" w:rsidR="003B5CEC" w:rsidRPr="003E7384" w:rsidRDefault="00ED32CC">
      <w:pPr>
        <w:spacing w:before="120" w:after="80"/>
        <w:rPr>
          <w:rFonts w:ascii="맑은 고딕" w:hAnsi="맑은 고딕"/>
          <w:lang w:eastAsia="ko-KR"/>
        </w:rPr>
      </w:pPr>
      <w:r w:rsidRPr="003E7384">
        <w:rPr>
          <w:rFonts w:ascii="맑은 고딕" w:hAnsi="맑은 고딕"/>
          <w:b/>
          <w:sz w:val="26"/>
          <w:lang w:eastAsia="ko-KR"/>
        </w:rPr>
        <w:t xml:space="preserve">3. </w:t>
      </w:r>
      <w:r w:rsidRPr="003E7384">
        <w:rPr>
          <w:rFonts w:ascii="맑은 고딕" w:hAnsi="맑은 고딕"/>
          <w:b/>
          <w:sz w:val="26"/>
          <w:lang w:eastAsia="ko-KR"/>
        </w:rPr>
        <w:t>작가노트</w:t>
      </w:r>
      <w:r w:rsidRPr="003E7384">
        <w:rPr>
          <w:rFonts w:ascii="맑은 고딕" w:hAnsi="맑은 고딕"/>
          <w:b/>
          <w:sz w:val="26"/>
          <w:lang w:eastAsia="ko-KR"/>
        </w:rPr>
        <w:t xml:space="preserve"> / </w:t>
      </w:r>
      <w:r w:rsidRPr="003E7384">
        <w:rPr>
          <w:rFonts w:ascii="맑은 고딕" w:hAnsi="맑은 고딕"/>
          <w:b/>
          <w:sz w:val="26"/>
          <w:lang w:eastAsia="ko-KR"/>
        </w:rPr>
        <w:t>작업세계</w:t>
      </w:r>
    </w:p>
    <w:p w14:paraId="478C8B26" w14:textId="77777777" w:rsidR="003B5CEC" w:rsidRPr="003E7384" w:rsidRDefault="00ED32CC">
      <w:pPr>
        <w:spacing w:after="80"/>
        <w:rPr>
          <w:rFonts w:ascii="맑은 고딕" w:hAnsi="맑은 고딕"/>
        </w:rPr>
      </w:pPr>
      <w:r w:rsidRPr="003E7384">
        <w:rPr>
          <w:rFonts w:ascii="맑은 고딕" w:hAnsi="맑은 고딕"/>
          <w:color w:val="5F5F5F"/>
          <w:sz w:val="16"/>
          <w:lang w:eastAsia="ko-KR"/>
        </w:rPr>
        <w:t xml:space="preserve">※ </w:t>
      </w:r>
      <w:r w:rsidRPr="003E7384">
        <w:rPr>
          <w:rFonts w:ascii="맑은 고딕" w:hAnsi="맑은 고딕"/>
          <w:color w:val="5F5F5F"/>
          <w:sz w:val="16"/>
          <w:lang w:eastAsia="ko-KR"/>
        </w:rPr>
        <w:t>작업의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주제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, </w:t>
      </w:r>
      <w:r w:rsidRPr="003E7384">
        <w:rPr>
          <w:rFonts w:ascii="맑은 고딕" w:hAnsi="맑은 고딕"/>
          <w:color w:val="5F5F5F"/>
          <w:sz w:val="16"/>
          <w:lang w:eastAsia="ko-KR"/>
        </w:rPr>
        <w:t>주요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관심사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, </w:t>
      </w:r>
      <w:r w:rsidRPr="003E7384">
        <w:rPr>
          <w:rFonts w:ascii="맑은 고딕" w:hAnsi="맑은 고딕"/>
          <w:color w:val="5F5F5F"/>
          <w:sz w:val="16"/>
          <w:lang w:eastAsia="ko-KR"/>
        </w:rPr>
        <w:t>매체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및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작업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방식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등을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중심으로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자유롭게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작성해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주세요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. </w:t>
      </w:r>
      <w:r w:rsidRPr="003E7384">
        <w:rPr>
          <w:rFonts w:ascii="맑은 고딕" w:hAnsi="맑은 고딕"/>
          <w:color w:val="5F5F5F"/>
          <w:sz w:val="16"/>
        </w:rPr>
        <w:t>(</w:t>
      </w:r>
      <w:r w:rsidRPr="003E7384">
        <w:rPr>
          <w:rFonts w:ascii="맑은 고딕" w:hAnsi="맑은 고딕"/>
          <w:color w:val="5F5F5F"/>
          <w:sz w:val="16"/>
        </w:rPr>
        <w:t>권장</w:t>
      </w:r>
      <w:r w:rsidRPr="003E7384">
        <w:rPr>
          <w:rFonts w:ascii="맑은 고딕" w:hAnsi="맑은 고딕"/>
          <w:color w:val="5F5F5F"/>
          <w:sz w:val="16"/>
        </w:rPr>
        <w:t xml:space="preserve"> 1,000</w:t>
      </w:r>
      <w:r w:rsidRPr="003E7384">
        <w:rPr>
          <w:rFonts w:ascii="맑은 고딕" w:hAnsi="맑은 고딕"/>
          <w:color w:val="5F5F5F"/>
          <w:sz w:val="16"/>
        </w:rPr>
        <w:t>자</w:t>
      </w:r>
      <w:r w:rsidRPr="003E7384">
        <w:rPr>
          <w:rFonts w:ascii="맑은 고딕" w:hAnsi="맑은 고딕"/>
          <w:color w:val="5F5F5F"/>
          <w:sz w:val="16"/>
        </w:rPr>
        <w:t xml:space="preserve"> </w:t>
      </w:r>
      <w:r w:rsidRPr="003E7384">
        <w:rPr>
          <w:rFonts w:ascii="맑은 고딕" w:hAnsi="맑은 고딕"/>
          <w:color w:val="5F5F5F"/>
          <w:sz w:val="16"/>
        </w:rPr>
        <w:t>내외</w:t>
      </w:r>
      <w:r w:rsidRPr="003E7384">
        <w:rPr>
          <w:rFonts w:ascii="맑은 고딕" w:hAnsi="맑은 고딕"/>
          <w:color w:val="5F5F5F"/>
          <w:sz w:val="16"/>
        </w:rPr>
        <w:t>)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00"/>
      </w:tblGrid>
      <w:tr w:rsidR="003B5CEC" w:rsidRPr="003E7384" w14:paraId="56B88AE5" w14:textId="77777777">
        <w:tc>
          <w:tcPr>
            <w:tcW w:w="1020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C30C37" w14:textId="56687824" w:rsidR="003B5CEC" w:rsidRPr="003E7384" w:rsidRDefault="00ED32CC">
            <w:pPr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sz w:val="17"/>
              </w:rPr>
              <w:br/>
            </w:r>
            <w:r w:rsidRPr="003E7384">
              <w:rPr>
                <w:rFonts w:ascii="맑은 고딕" w:hAnsi="맑은 고딕"/>
                <w:sz w:val="17"/>
              </w:rPr>
              <w:br/>
            </w:r>
            <w:r w:rsidRPr="003E7384">
              <w:rPr>
                <w:rFonts w:ascii="맑은 고딕" w:hAnsi="맑은 고딕"/>
                <w:sz w:val="17"/>
              </w:rPr>
              <w:br/>
            </w:r>
            <w:r w:rsidRPr="003E7384">
              <w:rPr>
                <w:rFonts w:ascii="맑은 고딕" w:hAnsi="맑은 고딕"/>
                <w:sz w:val="17"/>
              </w:rPr>
              <w:br/>
            </w:r>
            <w:r w:rsidRPr="003E7384">
              <w:rPr>
                <w:rFonts w:ascii="맑은 고딕" w:hAnsi="맑은 고딕"/>
                <w:sz w:val="17"/>
              </w:rPr>
              <w:br/>
            </w:r>
            <w:r w:rsidRPr="003E7384">
              <w:rPr>
                <w:rFonts w:ascii="맑은 고딕" w:hAnsi="맑은 고딕"/>
                <w:sz w:val="17"/>
              </w:rPr>
              <w:lastRenderedPageBreak/>
              <w:br/>
            </w:r>
            <w:r w:rsidRPr="003E7384">
              <w:rPr>
                <w:rFonts w:ascii="맑은 고딕" w:hAnsi="맑은 고딕"/>
                <w:sz w:val="17"/>
              </w:rPr>
              <w:br/>
            </w:r>
            <w:r w:rsidRPr="003E7384">
              <w:rPr>
                <w:rFonts w:ascii="맑은 고딕" w:hAnsi="맑은 고딕"/>
                <w:sz w:val="17"/>
              </w:rPr>
              <w:br/>
            </w:r>
          </w:p>
        </w:tc>
      </w:tr>
    </w:tbl>
    <w:p w14:paraId="6DA4EDD4" w14:textId="3F1C3F2C" w:rsidR="003B5CEC" w:rsidRPr="003E7384" w:rsidRDefault="003E7384" w:rsidP="003E7384">
      <w:pPr>
        <w:rPr>
          <w:rFonts w:ascii="맑은 고딕" w:hAnsi="맑은 고딕"/>
          <w:lang w:eastAsia="ko-KR"/>
        </w:rPr>
      </w:pPr>
      <w:r>
        <w:rPr>
          <w:rFonts w:ascii="맑은 고딕" w:hAnsi="맑은 고딕"/>
          <w:b/>
          <w:sz w:val="26"/>
          <w:lang w:eastAsia="ko-KR"/>
        </w:rPr>
        <w:lastRenderedPageBreak/>
        <w:t>4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. </w:t>
      </w:r>
      <w:r w:rsidR="00ED32CC" w:rsidRPr="003E7384">
        <w:rPr>
          <w:rFonts w:ascii="맑은 고딕" w:hAnsi="맑은 고딕"/>
          <w:b/>
          <w:sz w:val="26"/>
          <w:lang w:eastAsia="ko-KR"/>
        </w:rPr>
        <w:t>지원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 </w:t>
      </w:r>
      <w:r w:rsidR="00ED32CC" w:rsidRPr="003E7384">
        <w:rPr>
          <w:rFonts w:ascii="맑은 고딕" w:hAnsi="맑은 고딕"/>
          <w:b/>
          <w:sz w:val="26"/>
          <w:lang w:eastAsia="ko-KR"/>
        </w:rPr>
        <w:t>동기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 </w:t>
      </w:r>
      <w:r w:rsidR="00ED32CC" w:rsidRPr="003E7384">
        <w:rPr>
          <w:rFonts w:ascii="맑은 고딕" w:hAnsi="맑은 고딕"/>
          <w:b/>
          <w:sz w:val="26"/>
          <w:lang w:eastAsia="ko-KR"/>
        </w:rPr>
        <w:t>및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 </w:t>
      </w:r>
      <w:r w:rsidR="00ED32CC" w:rsidRPr="003E7384">
        <w:rPr>
          <w:rFonts w:ascii="맑은 고딕" w:hAnsi="맑은 고딕"/>
          <w:b/>
          <w:sz w:val="26"/>
          <w:lang w:eastAsia="ko-KR"/>
        </w:rPr>
        <w:t>향후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 </w:t>
      </w:r>
      <w:r w:rsidR="00ED32CC" w:rsidRPr="003E7384">
        <w:rPr>
          <w:rFonts w:ascii="맑은 고딕" w:hAnsi="맑은 고딕"/>
          <w:b/>
          <w:sz w:val="26"/>
          <w:lang w:eastAsia="ko-KR"/>
        </w:rPr>
        <w:t>활동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 </w:t>
      </w:r>
      <w:r w:rsidR="00ED32CC" w:rsidRPr="003E7384">
        <w:rPr>
          <w:rFonts w:ascii="맑은 고딕" w:hAnsi="맑은 고딕"/>
          <w:b/>
          <w:sz w:val="26"/>
          <w:lang w:eastAsia="ko-KR"/>
        </w:rPr>
        <w:t>계획</w:t>
      </w:r>
    </w:p>
    <w:p w14:paraId="6B44D06E" w14:textId="77777777" w:rsidR="003B5CEC" w:rsidRPr="003E7384" w:rsidRDefault="00ED32CC">
      <w:pPr>
        <w:spacing w:after="80"/>
        <w:rPr>
          <w:rFonts w:ascii="맑은 고딕" w:hAnsi="맑은 고딕"/>
          <w:lang w:eastAsia="ko-KR"/>
        </w:rPr>
      </w:pPr>
      <w:r w:rsidRPr="003E7384">
        <w:rPr>
          <w:rFonts w:ascii="맑은 고딕" w:hAnsi="맑은 고딕"/>
          <w:color w:val="5F5F5F"/>
          <w:sz w:val="16"/>
          <w:lang w:eastAsia="ko-KR"/>
        </w:rPr>
        <w:t xml:space="preserve">※ </w:t>
      </w:r>
      <w:r w:rsidRPr="003E7384">
        <w:rPr>
          <w:rFonts w:ascii="맑은 고딕" w:hAnsi="맑은 고딕"/>
          <w:color w:val="5F5F5F"/>
          <w:sz w:val="16"/>
          <w:lang w:eastAsia="ko-KR"/>
        </w:rPr>
        <w:t>본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공모에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지원하는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이유와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향후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작업</w:t>
      </w:r>
      <w:r w:rsidRPr="003E7384">
        <w:rPr>
          <w:rFonts w:ascii="맑은 고딕" w:hAnsi="맑은 고딕"/>
          <w:color w:val="5F5F5F"/>
          <w:sz w:val="16"/>
          <w:lang w:eastAsia="ko-KR"/>
        </w:rPr>
        <w:t>·</w:t>
      </w:r>
      <w:r w:rsidRPr="003E7384">
        <w:rPr>
          <w:rFonts w:ascii="맑은 고딕" w:hAnsi="맑은 고딕"/>
          <w:color w:val="5F5F5F"/>
          <w:sz w:val="16"/>
          <w:lang w:eastAsia="ko-KR"/>
        </w:rPr>
        <w:t>전시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계획을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자유롭게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작성해</w:t>
      </w:r>
      <w:r w:rsidRPr="003E7384">
        <w:rPr>
          <w:rFonts w:ascii="맑은 고딕" w:hAnsi="맑은 고딕"/>
          <w:color w:val="5F5F5F"/>
          <w:sz w:val="16"/>
          <w:lang w:eastAsia="ko-KR"/>
        </w:rPr>
        <w:t xml:space="preserve"> </w:t>
      </w:r>
      <w:r w:rsidRPr="003E7384">
        <w:rPr>
          <w:rFonts w:ascii="맑은 고딕" w:hAnsi="맑은 고딕"/>
          <w:color w:val="5F5F5F"/>
          <w:sz w:val="16"/>
          <w:lang w:eastAsia="ko-KR"/>
        </w:rPr>
        <w:t>주세요</w:t>
      </w:r>
      <w:r w:rsidRPr="003E7384">
        <w:rPr>
          <w:rFonts w:ascii="맑은 고딕" w:hAnsi="맑은 고딕"/>
          <w:color w:val="5F5F5F"/>
          <w:sz w:val="16"/>
          <w:lang w:eastAsia="ko-KR"/>
        </w:rPr>
        <w:t>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00"/>
      </w:tblGrid>
      <w:tr w:rsidR="003B5CEC" w:rsidRPr="003E7384" w14:paraId="082522E9" w14:textId="77777777">
        <w:tc>
          <w:tcPr>
            <w:tcW w:w="1020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FCF3E3" w14:textId="77777777" w:rsidR="003B5CEC" w:rsidRPr="003E7384" w:rsidRDefault="00ED32CC">
            <w:pPr>
              <w:rPr>
                <w:rFonts w:ascii="맑은 고딕" w:hAnsi="맑은 고딕"/>
                <w:lang w:eastAsia="ko-KR"/>
              </w:rPr>
            </w:pPr>
            <w:r w:rsidRPr="003E7384">
              <w:rPr>
                <w:rFonts w:ascii="맑은 고딕" w:hAnsi="맑은 고딕"/>
                <w:sz w:val="17"/>
                <w:lang w:eastAsia="ko-KR"/>
              </w:rPr>
              <w:br/>
            </w:r>
            <w:r w:rsidRPr="003E7384">
              <w:rPr>
                <w:rFonts w:ascii="맑은 고딕" w:hAnsi="맑은 고딕"/>
                <w:sz w:val="17"/>
                <w:lang w:eastAsia="ko-KR"/>
              </w:rPr>
              <w:br/>
            </w:r>
            <w:r w:rsidRPr="003E7384">
              <w:rPr>
                <w:rFonts w:ascii="맑은 고딕" w:hAnsi="맑은 고딕"/>
                <w:sz w:val="17"/>
                <w:lang w:eastAsia="ko-KR"/>
              </w:rPr>
              <w:br/>
            </w:r>
            <w:r w:rsidRPr="003E7384">
              <w:rPr>
                <w:rFonts w:ascii="맑은 고딕" w:hAnsi="맑은 고딕"/>
                <w:sz w:val="17"/>
                <w:lang w:eastAsia="ko-KR"/>
              </w:rPr>
              <w:br/>
            </w:r>
            <w:r w:rsidRPr="003E7384">
              <w:rPr>
                <w:rFonts w:ascii="맑은 고딕" w:hAnsi="맑은 고딕"/>
                <w:sz w:val="17"/>
                <w:lang w:eastAsia="ko-KR"/>
              </w:rPr>
              <w:br/>
            </w:r>
          </w:p>
        </w:tc>
      </w:tr>
    </w:tbl>
    <w:p w14:paraId="13B8F726" w14:textId="3CAD3495" w:rsidR="003B5CEC" w:rsidRPr="003E7384" w:rsidRDefault="003E7384">
      <w:pPr>
        <w:spacing w:before="120" w:after="80"/>
        <w:rPr>
          <w:rFonts w:ascii="맑은 고딕" w:hAnsi="맑은 고딕"/>
        </w:rPr>
      </w:pPr>
      <w:r>
        <w:rPr>
          <w:rFonts w:ascii="맑은 고딕" w:hAnsi="맑은 고딕"/>
          <w:b/>
          <w:sz w:val="26"/>
        </w:rPr>
        <w:t>5</w:t>
      </w:r>
      <w:r w:rsidR="00ED32CC" w:rsidRPr="003E7384">
        <w:rPr>
          <w:rFonts w:ascii="맑은 고딕" w:hAnsi="맑은 고딕"/>
          <w:b/>
          <w:sz w:val="26"/>
        </w:rPr>
        <w:t xml:space="preserve">. </w:t>
      </w:r>
      <w:r w:rsidR="00ED32CC" w:rsidRPr="003E7384">
        <w:rPr>
          <w:rFonts w:ascii="맑은 고딕" w:hAnsi="맑은 고딕"/>
          <w:b/>
          <w:sz w:val="26"/>
        </w:rPr>
        <w:t>제출자료</w:t>
      </w:r>
      <w:r w:rsidR="00ED32CC" w:rsidRPr="003E7384">
        <w:rPr>
          <w:rFonts w:ascii="맑은 고딕" w:hAnsi="맑은 고딕"/>
          <w:b/>
          <w:sz w:val="26"/>
        </w:rPr>
        <w:t xml:space="preserve"> </w:t>
      </w:r>
      <w:r w:rsidR="00ED32CC" w:rsidRPr="003E7384">
        <w:rPr>
          <w:rFonts w:ascii="맑은 고딕" w:hAnsi="맑은 고딕"/>
          <w:b/>
          <w:sz w:val="26"/>
        </w:rPr>
        <w:t>확인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791"/>
        <w:gridCol w:w="6096"/>
        <w:gridCol w:w="2313"/>
      </w:tblGrid>
      <w:tr w:rsidR="003B5CEC" w:rsidRPr="003E7384" w14:paraId="4B606936" w14:textId="77777777" w:rsidTr="003E7384">
        <w:tc>
          <w:tcPr>
            <w:tcW w:w="1791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EE309E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구분</w:t>
            </w:r>
          </w:p>
        </w:tc>
        <w:tc>
          <w:tcPr>
            <w:tcW w:w="6096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CBDFA4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제출자료</w:t>
            </w:r>
          </w:p>
        </w:tc>
        <w:tc>
          <w:tcPr>
            <w:tcW w:w="231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4F3993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b/>
                <w:sz w:val="17"/>
              </w:rPr>
              <w:t>확인</w:t>
            </w:r>
          </w:p>
        </w:tc>
      </w:tr>
      <w:tr w:rsidR="003B5CEC" w:rsidRPr="003E7384" w14:paraId="28888911" w14:textId="77777777" w:rsidTr="003E7384">
        <w:tc>
          <w:tcPr>
            <w:tcW w:w="1791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B11EEA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sz w:val="17"/>
              </w:rPr>
              <w:t>필수</w:t>
            </w:r>
          </w:p>
        </w:tc>
        <w:tc>
          <w:tcPr>
            <w:tcW w:w="609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FBCD8D" w14:textId="158B15CE" w:rsidR="003B5CEC" w:rsidRPr="003E7384" w:rsidRDefault="00ED32CC">
            <w:pPr>
              <w:rPr>
                <w:rFonts w:ascii="맑은 고딕" w:hAnsi="맑은 고딕" w:hint="eastAsia"/>
                <w:lang w:eastAsia="ko-KR"/>
              </w:rPr>
            </w:pPr>
            <w:r w:rsidRPr="003E7384">
              <w:rPr>
                <w:rFonts w:ascii="맑은 고딕" w:hAnsi="맑은 고딕"/>
                <w:sz w:val="17"/>
              </w:rPr>
              <w:t>지원서</w:t>
            </w:r>
            <w:r w:rsidR="003E7384">
              <w:rPr>
                <w:rFonts w:ascii="맑은 고딕" w:hAnsi="맑은 고딕" w:hint="eastAsia"/>
                <w:sz w:val="17"/>
                <w:lang w:eastAsia="ko-KR"/>
              </w:rPr>
              <w:t xml:space="preserve"> </w:t>
            </w:r>
          </w:p>
        </w:tc>
        <w:tc>
          <w:tcPr>
            <w:tcW w:w="231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096C31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sz w:val="17"/>
              </w:rPr>
              <w:t>□</w:t>
            </w:r>
          </w:p>
        </w:tc>
      </w:tr>
      <w:tr w:rsidR="003B5CEC" w:rsidRPr="003E7384" w14:paraId="7F9306D7" w14:textId="77777777" w:rsidTr="003E7384">
        <w:tc>
          <w:tcPr>
            <w:tcW w:w="1791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FF0EFF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sz w:val="17"/>
              </w:rPr>
              <w:t>필수</w:t>
            </w:r>
          </w:p>
        </w:tc>
        <w:tc>
          <w:tcPr>
            <w:tcW w:w="609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981E3A" w14:textId="1CF24699" w:rsidR="003E7384" w:rsidRDefault="00ED32CC" w:rsidP="003E7384">
            <w:pPr>
              <w:rPr>
                <w:rFonts w:ascii="맑은 고딕" w:hAnsi="맑은 고딕" w:hint="eastAsia"/>
                <w:sz w:val="17"/>
                <w:lang w:eastAsia="ko-KR"/>
              </w:rPr>
            </w:pPr>
            <w:r w:rsidRPr="003E7384">
              <w:rPr>
                <w:rFonts w:ascii="맑은 고딕" w:hAnsi="맑은 고딕"/>
                <w:sz w:val="17"/>
                <w:lang w:eastAsia="ko-KR"/>
              </w:rPr>
              <w:t>포트폴리오</w:t>
              <w:br/>
              <w:t>PDF 1개 / 20페이지 및 20MB 이내</w:t>
              <w:br/>
              <w:t>주요 작품 이미지 5점 이상</w:t>
              <w:br/>
              <w:t>작품명·제작연도·재료 및 기법·크기·에디션(해당 시) 필수 기재</w:t>
              <w:br/>
              <w:t>※ 작업 중인 작품 또는 출품 예정작 포함 가능</w:t>
            </w:r>
          </w:p>
        </w:tc>
        <w:tc>
          <w:tcPr>
            <w:tcW w:w="231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A0C93E7" w14:textId="77777777" w:rsidR="003B5CEC" w:rsidRPr="003E7384" w:rsidRDefault="00ED32CC">
            <w:pPr>
              <w:jc w:val="center"/>
              <w:rPr>
                <w:rFonts w:ascii="맑은 고딕" w:hAnsi="맑은 고딕"/>
              </w:rPr>
            </w:pPr>
            <w:r w:rsidRPr="003E7384">
              <w:rPr>
                <w:rFonts w:ascii="맑은 고딕" w:hAnsi="맑은 고딕"/>
                <w:sz w:val="17"/>
              </w:rPr>
              <w:t>□</w:t>
            </w:r>
          </w:p>
        </w:tc>
      </w:tr>
    </w:tbl>
    <w:p w14:paraId="4EC8C9C1" w14:textId="00341B52" w:rsidR="003B5CEC" w:rsidRPr="003E7384" w:rsidRDefault="003E7384">
      <w:pPr>
        <w:spacing w:before="120" w:after="80"/>
        <w:rPr>
          <w:rFonts w:ascii="맑은 고딕" w:hAnsi="맑은 고딕"/>
          <w:lang w:eastAsia="ko-KR"/>
        </w:rPr>
      </w:pPr>
      <w:r>
        <w:rPr>
          <w:rFonts w:ascii="맑은 고딕" w:hAnsi="맑은 고딕"/>
          <w:b/>
          <w:sz w:val="26"/>
          <w:lang w:eastAsia="ko-KR"/>
        </w:rPr>
        <w:t>6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. </w:t>
      </w:r>
      <w:r w:rsidR="00ED32CC" w:rsidRPr="003E7384">
        <w:rPr>
          <w:rFonts w:ascii="맑은 고딕" w:hAnsi="맑은 고딕"/>
          <w:b/>
          <w:sz w:val="26"/>
          <w:lang w:eastAsia="ko-KR"/>
        </w:rPr>
        <w:t>개인정보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 </w:t>
      </w:r>
      <w:r w:rsidR="00ED32CC" w:rsidRPr="003E7384">
        <w:rPr>
          <w:rFonts w:ascii="맑은 고딕" w:hAnsi="맑은 고딕"/>
          <w:b/>
          <w:sz w:val="26"/>
          <w:lang w:eastAsia="ko-KR"/>
        </w:rPr>
        <w:t>수집</w:t>
      </w:r>
      <w:r w:rsidR="00ED32CC" w:rsidRPr="003E7384">
        <w:rPr>
          <w:rFonts w:ascii="맑은 고딕" w:hAnsi="맑은 고딕"/>
          <w:b/>
          <w:sz w:val="26"/>
          <w:lang w:eastAsia="ko-KR"/>
        </w:rPr>
        <w:t>·</w:t>
      </w:r>
      <w:r w:rsidR="00ED32CC" w:rsidRPr="003E7384">
        <w:rPr>
          <w:rFonts w:ascii="맑은 고딕" w:hAnsi="맑은 고딕"/>
          <w:b/>
          <w:sz w:val="26"/>
          <w:lang w:eastAsia="ko-KR"/>
        </w:rPr>
        <w:t>이용</w:t>
      </w:r>
      <w:r w:rsidR="00ED32CC" w:rsidRPr="003E7384">
        <w:rPr>
          <w:rFonts w:ascii="맑은 고딕" w:hAnsi="맑은 고딕"/>
          <w:b/>
          <w:sz w:val="26"/>
          <w:lang w:eastAsia="ko-KR"/>
        </w:rPr>
        <w:t xml:space="preserve"> </w:t>
      </w:r>
      <w:r w:rsidR="00ED32CC" w:rsidRPr="003E7384">
        <w:rPr>
          <w:rFonts w:ascii="맑은 고딕" w:hAnsi="맑은 고딕"/>
          <w:b/>
          <w:sz w:val="26"/>
          <w:lang w:eastAsia="ko-KR"/>
        </w:rPr>
        <w:t>동의</w:t>
      </w:r>
    </w:p>
    <w:p w14:paraId="07F0D333" w14:textId="4FE75D41" w:rsidR="003B5CEC" w:rsidRPr="003E7384" w:rsidRDefault="003E7384" w:rsidP="003E7384">
      <w:pPr>
        <w:jc w:val="both"/>
        <w:rPr>
          <w:rFonts w:ascii="맑은 고딕" w:hAnsi="맑은 고딕"/>
          <w:lang w:eastAsia="ko-KR"/>
        </w:rPr>
      </w:pPr>
      <w:r>
        <w:rPr>
          <w:rFonts w:ascii="맑은 고딕" w:hAnsi="맑은 고딕" w:hint="eastAsia"/>
          <w:sz w:val="17"/>
          <w:lang w:eastAsia="ko-KR"/>
        </w:rPr>
        <w:t xml:space="preserve">하트-하트재단은 </w:t>
      </w:r>
      <w:r>
        <w:rPr>
          <w:rFonts w:ascii="맑은 고딕" w:hAnsi="맑은 고딕"/>
          <w:sz w:val="17"/>
          <w:lang w:eastAsia="ko-KR"/>
        </w:rPr>
        <w:t>2026</w:t>
      </w:r>
      <w:r>
        <w:rPr>
          <w:rFonts w:ascii="맑은 고딕" w:hAnsi="맑은 고딕" w:hint="eastAsia"/>
          <w:sz w:val="17"/>
          <w:lang w:eastAsia="ko-KR"/>
        </w:rPr>
        <w:t xml:space="preserve">년 별빛미술관 </w:t>
      </w:r>
      <w:r w:rsidRPr="003E7384">
        <w:rPr>
          <w:rFonts w:ascii="맑은 고딕" w:hAnsi="맑은 고딕" w:hint="eastAsia"/>
          <w:sz w:val="17"/>
          <w:lang w:eastAsia="ko-KR"/>
        </w:rPr>
        <w:t>청년·신</w:t>
      </w:r>
      <w:r w:rsidR="00ED32CC" w:rsidRPr="003E7384">
        <w:rPr>
          <w:rFonts w:ascii="맑은 고딕" w:hAnsi="맑은 고딕"/>
          <w:sz w:val="17"/>
          <w:lang w:eastAsia="ko-KR"/>
        </w:rPr>
        <w:t>진작가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공모의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지원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접수</w:t>
      </w:r>
      <w:r w:rsidR="00ED32CC" w:rsidRPr="003E7384">
        <w:rPr>
          <w:rFonts w:ascii="맑은 고딕" w:hAnsi="맑은 고딕"/>
          <w:sz w:val="17"/>
          <w:lang w:eastAsia="ko-KR"/>
        </w:rPr>
        <w:t xml:space="preserve">, </w:t>
      </w:r>
      <w:r w:rsidR="00ED32CC" w:rsidRPr="003E7384">
        <w:rPr>
          <w:rFonts w:ascii="맑은 고딕" w:hAnsi="맑은 고딕"/>
          <w:sz w:val="17"/>
          <w:lang w:eastAsia="ko-KR"/>
        </w:rPr>
        <w:t>심사</w:t>
      </w:r>
      <w:r w:rsidR="00ED32CC" w:rsidRPr="003E7384">
        <w:rPr>
          <w:rFonts w:ascii="맑은 고딕" w:hAnsi="맑은 고딕"/>
          <w:sz w:val="17"/>
          <w:lang w:eastAsia="ko-KR"/>
        </w:rPr>
        <w:t xml:space="preserve">, </w:t>
      </w:r>
      <w:r w:rsidR="00ED32CC" w:rsidRPr="003E7384">
        <w:rPr>
          <w:rFonts w:ascii="맑은 고딕" w:hAnsi="맑은 고딕"/>
          <w:sz w:val="17"/>
          <w:lang w:eastAsia="ko-KR"/>
        </w:rPr>
        <w:t>결과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안내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및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선정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이후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관련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업무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진행을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위해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지원자의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성명</w:t>
      </w:r>
      <w:r w:rsidR="00ED32CC" w:rsidRPr="003E7384">
        <w:rPr>
          <w:rFonts w:ascii="맑은 고딕" w:hAnsi="맑은 고딕"/>
          <w:sz w:val="17"/>
          <w:lang w:eastAsia="ko-KR"/>
        </w:rPr>
        <w:t xml:space="preserve">, </w:t>
      </w:r>
      <w:r w:rsidR="00ED32CC" w:rsidRPr="003E7384">
        <w:rPr>
          <w:rFonts w:ascii="맑은 고딕" w:hAnsi="맑은 고딕"/>
          <w:sz w:val="17"/>
          <w:lang w:eastAsia="ko-KR"/>
        </w:rPr>
        <w:t>생년월일</w:t>
      </w:r>
      <w:r w:rsidR="00ED32CC" w:rsidRPr="003E7384">
        <w:rPr>
          <w:rFonts w:ascii="맑은 고딕" w:hAnsi="맑은 고딕"/>
          <w:sz w:val="17"/>
          <w:lang w:eastAsia="ko-KR"/>
        </w:rPr>
        <w:t xml:space="preserve">, </w:t>
      </w:r>
      <w:r w:rsidR="00ED32CC" w:rsidRPr="003E7384">
        <w:rPr>
          <w:rFonts w:ascii="맑은 고딕" w:hAnsi="맑은 고딕"/>
          <w:sz w:val="17"/>
          <w:lang w:eastAsia="ko-KR"/>
        </w:rPr>
        <w:t>연락처</w:t>
      </w:r>
      <w:r w:rsidR="00ED32CC" w:rsidRPr="003E7384">
        <w:rPr>
          <w:rFonts w:ascii="맑은 고딕" w:hAnsi="맑은 고딕"/>
          <w:sz w:val="17"/>
          <w:lang w:eastAsia="ko-KR"/>
        </w:rPr>
        <w:t xml:space="preserve">, </w:t>
      </w:r>
      <w:r w:rsidR="00ED32CC" w:rsidRPr="003E7384">
        <w:rPr>
          <w:rFonts w:ascii="맑은 고딕" w:hAnsi="맑은 고딕"/>
          <w:sz w:val="17"/>
          <w:lang w:eastAsia="ko-KR"/>
        </w:rPr>
        <w:t>이메일</w:t>
      </w:r>
      <w:r w:rsidR="00ED32CC" w:rsidRPr="003E7384">
        <w:rPr>
          <w:rFonts w:ascii="맑은 고딕" w:hAnsi="맑은 고딕"/>
          <w:sz w:val="17"/>
          <w:lang w:eastAsia="ko-KR"/>
        </w:rPr>
        <w:t xml:space="preserve">, </w:t>
      </w:r>
      <w:r w:rsidR="00ED32CC" w:rsidRPr="003E7384">
        <w:rPr>
          <w:rFonts w:ascii="맑은 고딕" w:hAnsi="맑은 고딕"/>
          <w:sz w:val="17"/>
          <w:lang w:eastAsia="ko-KR"/>
        </w:rPr>
        <w:t>주소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및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지원서에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기재된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정보를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수집</w:t>
      </w:r>
      <w:r w:rsidR="00ED32CC" w:rsidRPr="003E7384">
        <w:rPr>
          <w:rFonts w:ascii="맑은 고딕" w:hAnsi="맑은 고딕"/>
          <w:sz w:val="17"/>
          <w:lang w:eastAsia="ko-KR"/>
        </w:rPr>
        <w:t>·</w:t>
      </w:r>
      <w:r w:rsidR="00ED32CC" w:rsidRPr="003E7384">
        <w:rPr>
          <w:rFonts w:ascii="맑은 고딕" w:hAnsi="맑은 고딕"/>
          <w:sz w:val="17"/>
          <w:lang w:eastAsia="ko-KR"/>
        </w:rPr>
        <w:t>이용합니다</w:t>
      </w:r>
      <w:r w:rsidR="00ED32CC" w:rsidRPr="003E7384">
        <w:rPr>
          <w:rFonts w:ascii="맑은 고딕" w:hAnsi="맑은 고딕"/>
          <w:sz w:val="17"/>
          <w:lang w:eastAsia="ko-KR"/>
        </w:rPr>
        <w:t xml:space="preserve">. </w:t>
      </w:r>
      <w:r w:rsidR="00ED32CC" w:rsidRPr="003E7384">
        <w:rPr>
          <w:rFonts w:ascii="맑은 고딕" w:hAnsi="맑은 고딕"/>
          <w:sz w:val="17"/>
          <w:lang w:eastAsia="ko-KR"/>
        </w:rPr>
        <w:t>수집된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정보는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공모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운영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목적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범위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내에서만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사용하며</w:t>
      </w:r>
      <w:r w:rsidR="00ED32CC" w:rsidRPr="003E7384">
        <w:rPr>
          <w:rFonts w:ascii="맑은 고딕" w:hAnsi="맑은 고딕"/>
          <w:sz w:val="17"/>
          <w:lang w:eastAsia="ko-KR"/>
        </w:rPr>
        <w:t xml:space="preserve">, </w:t>
      </w:r>
      <w:r w:rsidR="00ED32CC" w:rsidRPr="003E7384">
        <w:rPr>
          <w:rFonts w:ascii="맑은 고딕" w:hAnsi="맑은 고딕"/>
          <w:sz w:val="17"/>
          <w:lang w:eastAsia="ko-KR"/>
        </w:rPr>
        <w:t>관련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법령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및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내부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기준에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따라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보유</w:t>
      </w:r>
      <w:r w:rsidR="00ED32CC" w:rsidRPr="003E7384">
        <w:rPr>
          <w:rFonts w:ascii="맑은 고딕" w:hAnsi="맑은 고딕"/>
          <w:sz w:val="17"/>
          <w:lang w:eastAsia="ko-KR"/>
        </w:rPr>
        <w:t>·</w:t>
      </w:r>
      <w:r w:rsidR="00ED32CC" w:rsidRPr="003E7384">
        <w:rPr>
          <w:rFonts w:ascii="맑은 고딕" w:hAnsi="맑은 고딕"/>
          <w:sz w:val="17"/>
          <w:lang w:eastAsia="ko-KR"/>
        </w:rPr>
        <w:t>파기합니다</w:t>
      </w:r>
      <w:r w:rsidR="00ED32CC" w:rsidRPr="003E7384">
        <w:rPr>
          <w:rFonts w:ascii="맑은 고딕" w:hAnsi="맑은 고딕"/>
          <w:sz w:val="17"/>
          <w:lang w:eastAsia="ko-KR"/>
        </w:rPr>
        <w:t xml:space="preserve">. </w:t>
      </w:r>
      <w:r w:rsidR="00ED32CC" w:rsidRPr="003E7384">
        <w:rPr>
          <w:rFonts w:ascii="맑은 고딕" w:hAnsi="맑은 고딕"/>
          <w:sz w:val="17"/>
          <w:lang w:eastAsia="ko-KR"/>
        </w:rPr>
        <w:t>지원자는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개인정보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수집</w:t>
      </w:r>
      <w:r w:rsidR="00ED32CC" w:rsidRPr="003E7384">
        <w:rPr>
          <w:rFonts w:ascii="맑은 고딕" w:hAnsi="맑은 고딕"/>
          <w:sz w:val="17"/>
          <w:lang w:eastAsia="ko-KR"/>
        </w:rPr>
        <w:t>·</w:t>
      </w:r>
      <w:r w:rsidR="00ED32CC" w:rsidRPr="003E7384">
        <w:rPr>
          <w:rFonts w:ascii="맑은 고딕" w:hAnsi="맑은 고딕"/>
          <w:sz w:val="17"/>
          <w:lang w:eastAsia="ko-KR"/>
        </w:rPr>
        <w:t>이용에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대한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동의를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거부할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수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있으나</w:t>
      </w:r>
      <w:r w:rsidR="00ED32CC" w:rsidRPr="003E7384">
        <w:rPr>
          <w:rFonts w:ascii="맑은 고딕" w:hAnsi="맑은 고딕"/>
          <w:sz w:val="17"/>
          <w:lang w:eastAsia="ko-KR"/>
        </w:rPr>
        <w:t xml:space="preserve">, </w:t>
      </w:r>
      <w:r w:rsidR="00ED32CC" w:rsidRPr="003E7384">
        <w:rPr>
          <w:rFonts w:ascii="맑은 고딕" w:hAnsi="맑은 고딕"/>
          <w:sz w:val="17"/>
          <w:lang w:eastAsia="ko-KR"/>
        </w:rPr>
        <w:t>동의하지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않을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경우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공모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접수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및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심사가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제한될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수</w:t>
      </w:r>
      <w:r w:rsidR="00ED32CC" w:rsidRPr="003E7384">
        <w:rPr>
          <w:rFonts w:ascii="맑은 고딕" w:hAnsi="맑은 고딕"/>
          <w:sz w:val="17"/>
          <w:lang w:eastAsia="ko-KR"/>
        </w:rPr>
        <w:t xml:space="preserve"> </w:t>
      </w:r>
      <w:r w:rsidR="00ED32CC" w:rsidRPr="003E7384">
        <w:rPr>
          <w:rFonts w:ascii="맑은 고딕" w:hAnsi="맑은 고딕"/>
          <w:sz w:val="17"/>
          <w:lang w:eastAsia="ko-KR"/>
        </w:rPr>
        <w:t>있습니다</w:t>
      </w:r>
      <w:r w:rsidR="00ED32CC" w:rsidRPr="003E7384">
        <w:rPr>
          <w:rFonts w:ascii="맑은 고딕" w:hAnsi="맑은 고딕"/>
          <w:sz w:val="17"/>
          <w:lang w:eastAsia="ko-KR"/>
        </w:rPr>
        <w:t>.</w:t>
      </w:r>
    </w:p>
    <w:p w14:paraId="3CE2F616" w14:textId="77777777" w:rsidR="003B5CEC" w:rsidRPr="003E7384" w:rsidRDefault="00ED32CC">
      <w:pPr>
        <w:jc w:val="center"/>
        <w:rPr>
          <w:rFonts w:ascii="맑은 고딕" w:hAnsi="맑은 고딕"/>
          <w:lang w:eastAsia="ko-KR"/>
        </w:rPr>
      </w:pPr>
      <w:r w:rsidRPr="003E7384">
        <w:rPr>
          <w:rFonts w:ascii="맑은 고딕" w:hAnsi="맑은 고딕"/>
          <w:b/>
          <w:sz w:val="18"/>
          <w:lang w:eastAsia="ko-KR"/>
        </w:rPr>
        <w:t>개인정보</w:t>
      </w:r>
      <w:r w:rsidRPr="003E7384">
        <w:rPr>
          <w:rFonts w:ascii="맑은 고딕" w:hAnsi="맑은 고딕"/>
          <w:b/>
          <w:sz w:val="18"/>
          <w:lang w:eastAsia="ko-KR"/>
        </w:rPr>
        <w:t xml:space="preserve"> </w:t>
      </w:r>
      <w:r w:rsidRPr="003E7384">
        <w:rPr>
          <w:rFonts w:ascii="맑은 고딕" w:hAnsi="맑은 고딕"/>
          <w:b/>
          <w:sz w:val="18"/>
          <w:lang w:eastAsia="ko-KR"/>
        </w:rPr>
        <w:t>수집</w:t>
      </w:r>
      <w:r w:rsidRPr="003E7384">
        <w:rPr>
          <w:rFonts w:ascii="맑은 고딕" w:hAnsi="맑은 고딕"/>
          <w:b/>
          <w:sz w:val="18"/>
          <w:lang w:eastAsia="ko-KR"/>
        </w:rPr>
        <w:t>·</w:t>
      </w:r>
      <w:r w:rsidRPr="003E7384">
        <w:rPr>
          <w:rFonts w:ascii="맑은 고딕" w:hAnsi="맑은 고딕"/>
          <w:b/>
          <w:sz w:val="18"/>
          <w:lang w:eastAsia="ko-KR"/>
        </w:rPr>
        <w:t>이용에</w:t>
      </w:r>
      <w:r w:rsidRPr="003E7384">
        <w:rPr>
          <w:rFonts w:ascii="맑은 고딕" w:hAnsi="맑은 고딕"/>
          <w:b/>
          <w:sz w:val="18"/>
          <w:lang w:eastAsia="ko-KR"/>
        </w:rPr>
        <w:t xml:space="preserve"> </w:t>
      </w:r>
      <w:r w:rsidRPr="003E7384">
        <w:rPr>
          <w:rFonts w:ascii="맑은 고딕" w:hAnsi="맑은 고딕"/>
          <w:b/>
          <w:sz w:val="18"/>
          <w:lang w:eastAsia="ko-KR"/>
        </w:rPr>
        <w:t>동의합니다</w:t>
      </w:r>
      <w:r w:rsidRPr="003E7384">
        <w:rPr>
          <w:rFonts w:ascii="맑은 고딕" w:hAnsi="맑은 고딕"/>
          <w:b/>
          <w:sz w:val="18"/>
          <w:lang w:eastAsia="ko-KR"/>
        </w:rPr>
        <w:t xml:space="preserve">.    □ </w:t>
      </w:r>
      <w:r w:rsidRPr="003E7384">
        <w:rPr>
          <w:rFonts w:ascii="맑은 고딕" w:hAnsi="맑은 고딕"/>
          <w:b/>
          <w:sz w:val="18"/>
          <w:lang w:eastAsia="ko-KR"/>
        </w:rPr>
        <w:t>동의함</w:t>
      </w:r>
      <w:r w:rsidRPr="003E7384">
        <w:rPr>
          <w:rFonts w:ascii="맑은 고딕" w:hAnsi="맑은 고딕"/>
          <w:b/>
          <w:sz w:val="18"/>
          <w:lang w:eastAsia="ko-KR"/>
        </w:rPr>
        <w:t xml:space="preserve">    □ </w:t>
      </w:r>
      <w:r w:rsidRPr="003E7384">
        <w:rPr>
          <w:rFonts w:ascii="맑은 고딕" w:hAnsi="맑은 고딕"/>
          <w:b/>
          <w:sz w:val="18"/>
          <w:lang w:eastAsia="ko-KR"/>
        </w:rPr>
        <w:t>동의하지</w:t>
      </w:r>
      <w:r w:rsidRPr="003E7384">
        <w:rPr>
          <w:rFonts w:ascii="맑은 고딕" w:hAnsi="맑은 고딕"/>
          <w:b/>
          <w:sz w:val="18"/>
          <w:lang w:eastAsia="ko-KR"/>
        </w:rPr>
        <w:t xml:space="preserve"> </w:t>
      </w:r>
      <w:r w:rsidRPr="003E7384">
        <w:rPr>
          <w:rFonts w:ascii="맑은 고딕" w:hAnsi="맑은 고딕"/>
          <w:b/>
          <w:sz w:val="18"/>
          <w:lang w:eastAsia="ko-KR"/>
        </w:rPr>
        <w:t>않음</w:t>
      </w:r>
    </w:p>
    <w:p w14:paraId="6A078A6C" w14:textId="77777777" w:rsidR="003B5CEC" w:rsidRPr="003E7384" w:rsidRDefault="003B5CEC">
      <w:pPr>
        <w:rPr>
          <w:rFonts w:ascii="맑은 고딕" w:hAnsi="맑은 고딕"/>
          <w:lang w:eastAsia="ko-KR"/>
        </w:rPr>
      </w:pPr>
    </w:p>
    <w:p w14:paraId="3E5648AC" w14:textId="77777777" w:rsidR="003B5CEC" w:rsidRPr="003E7384" w:rsidRDefault="00ED32CC">
      <w:pPr>
        <w:jc w:val="center"/>
        <w:rPr>
          <w:rFonts w:ascii="맑은 고딕" w:hAnsi="맑은 고딕"/>
          <w:lang w:eastAsia="ko-KR"/>
        </w:rPr>
      </w:pPr>
      <w:r w:rsidRPr="003E7384">
        <w:rPr>
          <w:rFonts w:ascii="맑은 고딕" w:hAnsi="맑은 고딕"/>
          <w:sz w:val="20"/>
          <w:lang w:eastAsia="ko-KR"/>
        </w:rPr>
        <w:t>본인은 공고문의 응모자격 및 지원 제외 대상, 작품 제한사항을 확인하였으며, 위 기재 내용이 사실과 다름없음을 확인하고 본 공모에 지원합니다.</w:t>
      </w:r>
    </w:p>
    <w:p w14:paraId="0F2EB67E" w14:textId="77777777" w:rsidR="003B5CEC" w:rsidRPr="003E7384" w:rsidRDefault="00ED32CC">
      <w:pPr>
        <w:jc w:val="center"/>
        <w:rPr>
          <w:rFonts w:ascii="맑은 고딕" w:hAnsi="맑은 고딕"/>
          <w:lang w:eastAsia="ko-KR"/>
        </w:rPr>
      </w:pPr>
      <w:r w:rsidRPr="003E7384">
        <w:rPr>
          <w:rFonts w:ascii="맑은 고딕" w:hAnsi="맑은 고딕"/>
          <w:sz w:val="20"/>
          <w:lang w:eastAsia="ko-KR"/>
        </w:rPr>
        <w:t xml:space="preserve">20      </w:t>
      </w:r>
      <w:r w:rsidRPr="003E7384">
        <w:rPr>
          <w:rFonts w:ascii="맑은 고딕" w:hAnsi="맑은 고딕"/>
          <w:sz w:val="20"/>
          <w:lang w:eastAsia="ko-KR"/>
        </w:rPr>
        <w:t>년</w:t>
      </w:r>
      <w:r w:rsidRPr="003E7384">
        <w:rPr>
          <w:rFonts w:ascii="맑은 고딕" w:hAnsi="맑은 고딕"/>
          <w:sz w:val="20"/>
          <w:lang w:eastAsia="ko-KR"/>
        </w:rPr>
        <w:t xml:space="preserve">        </w:t>
      </w:r>
      <w:r w:rsidRPr="003E7384">
        <w:rPr>
          <w:rFonts w:ascii="맑은 고딕" w:hAnsi="맑은 고딕"/>
          <w:sz w:val="20"/>
          <w:lang w:eastAsia="ko-KR"/>
        </w:rPr>
        <w:t>월</w:t>
      </w:r>
      <w:r w:rsidRPr="003E7384">
        <w:rPr>
          <w:rFonts w:ascii="맑은 고딕" w:hAnsi="맑은 고딕"/>
          <w:sz w:val="20"/>
          <w:lang w:eastAsia="ko-KR"/>
        </w:rPr>
        <w:t xml:space="preserve">        </w:t>
      </w:r>
      <w:r w:rsidRPr="003E7384">
        <w:rPr>
          <w:rFonts w:ascii="맑은 고딕" w:hAnsi="맑은 고딕"/>
          <w:sz w:val="20"/>
          <w:lang w:eastAsia="ko-KR"/>
        </w:rPr>
        <w:t>일</w:t>
      </w:r>
    </w:p>
    <w:p w14:paraId="0E1BC89B" w14:textId="08B1C664" w:rsidR="003B5CEC" w:rsidRPr="003E7384" w:rsidRDefault="003E7384">
      <w:pPr>
        <w:jc w:val="center"/>
        <w:rPr>
          <w:rFonts w:ascii="맑은 고딕" w:hAnsi="맑은 고딕"/>
          <w:lang w:eastAsia="ko-KR"/>
        </w:rPr>
      </w:pPr>
      <w:r>
        <w:rPr>
          <w:rFonts w:ascii="맑은 고딕" w:hAnsi="맑은 고딕" w:hint="eastAsia"/>
          <w:sz w:val="20"/>
          <w:lang w:eastAsia="ko-KR"/>
        </w:rPr>
        <w:t>지원</w:t>
      </w:r>
      <w:r w:rsidR="00ED32CC" w:rsidRPr="003E7384">
        <w:rPr>
          <w:rFonts w:ascii="맑은 고딕" w:hAnsi="맑은 고딕"/>
          <w:sz w:val="20"/>
          <w:lang w:eastAsia="ko-KR"/>
        </w:rPr>
        <w:t>자</w:t>
      </w:r>
      <w:r w:rsidR="00ED32CC" w:rsidRPr="003E7384">
        <w:rPr>
          <w:rFonts w:ascii="맑은 고딕" w:hAnsi="맑은 고딕"/>
          <w:sz w:val="20"/>
          <w:lang w:eastAsia="ko-KR"/>
        </w:rPr>
        <w:t xml:space="preserve"> :                                  (</w:t>
      </w:r>
      <w:r w:rsidR="00ED32CC" w:rsidRPr="003E7384">
        <w:rPr>
          <w:rFonts w:ascii="맑은 고딕" w:hAnsi="맑은 고딕"/>
          <w:sz w:val="20"/>
          <w:lang w:eastAsia="ko-KR"/>
        </w:rPr>
        <w:t>서명</w:t>
      </w:r>
      <w:r w:rsidR="00ED32CC" w:rsidRPr="003E7384">
        <w:rPr>
          <w:rFonts w:ascii="맑은 고딕" w:hAnsi="맑은 고딕"/>
          <w:sz w:val="20"/>
          <w:lang w:eastAsia="ko-KR"/>
        </w:rPr>
        <w:t xml:space="preserve"> </w:t>
      </w:r>
      <w:r w:rsidR="00ED32CC" w:rsidRPr="003E7384">
        <w:rPr>
          <w:rFonts w:ascii="맑은 고딕" w:hAnsi="맑은 고딕"/>
          <w:sz w:val="20"/>
          <w:lang w:eastAsia="ko-KR"/>
        </w:rPr>
        <w:t>또는</w:t>
      </w:r>
      <w:r w:rsidR="00ED32CC" w:rsidRPr="003E7384">
        <w:rPr>
          <w:rFonts w:ascii="맑은 고딕" w:hAnsi="맑은 고딕"/>
          <w:sz w:val="20"/>
          <w:lang w:eastAsia="ko-KR"/>
        </w:rPr>
        <w:t xml:space="preserve"> </w:t>
      </w:r>
      <w:r w:rsidR="00ED32CC" w:rsidRPr="003E7384">
        <w:rPr>
          <w:rFonts w:ascii="맑은 고딕" w:hAnsi="맑은 고딕"/>
          <w:sz w:val="20"/>
          <w:lang w:eastAsia="ko-KR"/>
        </w:rPr>
        <w:t>인</w:t>
      </w:r>
      <w:r w:rsidR="00ED32CC" w:rsidRPr="003E7384">
        <w:rPr>
          <w:rFonts w:ascii="맑은 고딕" w:hAnsi="맑은 고딕"/>
          <w:sz w:val="20"/>
          <w:lang w:eastAsia="ko-KR"/>
        </w:rPr>
        <w:t>)</w:t>
      </w:r>
    </w:p>
    <w:sectPr w:rsidR="003B5CEC" w:rsidRPr="003E7384" w:rsidSect="00034616">
      <w:headerReference w:type="default" r:id="rId8"/>
      <w:footerReference w:type="default" r:id="rId9"/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9CF1D" w14:textId="77777777" w:rsidR="00ED32CC" w:rsidRDefault="00ED32CC">
      <w:pPr>
        <w:spacing w:after="0" w:line="240" w:lineRule="auto"/>
      </w:pPr>
      <w:r>
        <w:separator/>
      </w:r>
    </w:p>
  </w:endnote>
  <w:endnote w:type="continuationSeparator" w:id="0">
    <w:p w14:paraId="296A6F72" w14:textId="77777777" w:rsidR="00ED32CC" w:rsidRDefault="00ED3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2525A" w14:textId="119A8404" w:rsidR="003B5CEC" w:rsidRDefault="003E7384">
    <w:pPr>
      <w:pStyle w:val="a6"/>
      <w:jc w:val="center"/>
      <w:rPr>
        <w:lang w:eastAsia="ko-KR"/>
      </w:rPr>
    </w:pPr>
    <w:r>
      <w:rPr>
        <w:rFonts w:hint="eastAsia"/>
        <w:color w:val="828282"/>
        <w:sz w:val="14"/>
        <w:lang w:eastAsia="ko-KR"/>
      </w:rPr>
      <w:t>하트</w:t>
    </w:r>
    <w:r>
      <w:rPr>
        <w:rFonts w:hint="eastAsia"/>
        <w:color w:val="828282"/>
        <w:sz w:val="14"/>
        <w:lang w:eastAsia="ko-KR"/>
      </w:rPr>
      <w:t>-</w:t>
    </w:r>
    <w:r>
      <w:rPr>
        <w:rFonts w:hint="eastAsia"/>
        <w:color w:val="828282"/>
        <w:sz w:val="14"/>
        <w:lang w:eastAsia="ko-KR"/>
      </w:rPr>
      <w:t>하트재단</w:t>
    </w:r>
    <w:r>
      <w:rPr>
        <w:rFonts w:hint="eastAsia"/>
        <w:color w:val="828282"/>
        <w:sz w:val="14"/>
        <w:lang w:eastAsia="ko-KR"/>
      </w:rPr>
      <w:t xml:space="preserve"> </w:t>
    </w:r>
    <w:r>
      <w:rPr>
        <w:color w:val="828282"/>
        <w:sz w:val="14"/>
        <w:lang w:eastAsia="ko-KR"/>
      </w:rPr>
      <w:t>| 2026</w:t>
    </w:r>
    <w:r>
      <w:rPr>
        <w:rFonts w:hint="eastAsia"/>
        <w:color w:val="828282"/>
        <w:sz w:val="14"/>
        <w:lang w:eastAsia="ko-KR"/>
      </w:rPr>
      <w:t>년</w:t>
    </w:r>
    <w:r>
      <w:rPr>
        <w:rFonts w:hint="eastAsia"/>
        <w:color w:val="828282"/>
        <w:sz w:val="14"/>
        <w:lang w:eastAsia="ko-KR"/>
      </w:rPr>
      <w:t xml:space="preserve"> </w:t>
    </w:r>
    <w:r>
      <w:rPr>
        <w:rFonts w:hint="eastAsia"/>
        <w:color w:val="828282"/>
        <w:sz w:val="14"/>
        <w:lang w:eastAsia="ko-KR"/>
      </w:rPr>
      <w:t>별빛미술관</w:t>
    </w:r>
    <w:r>
      <w:rPr>
        <w:rFonts w:hint="eastAsia"/>
        <w:color w:val="828282"/>
        <w:sz w:val="14"/>
        <w:lang w:eastAsia="ko-KR"/>
      </w:rPr>
      <w:t xml:space="preserve"> </w:t>
    </w:r>
    <w:r w:rsidRPr="003E7384">
      <w:rPr>
        <w:rFonts w:hint="eastAsia"/>
        <w:color w:val="828282"/>
        <w:sz w:val="14"/>
        <w:lang w:eastAsia="ko-KR"/>
      </w:rPr>
      <w:t>청년·신</w:t>
    </w:r>
    <w:r>
      <w:rPr>
        <w:rFonts w:hint="eastAsia"/>
        <w:color w:val="828282"/>
        <w:sz w:val="14"/>
        <w:lang w:eastAsia="ko-KR"/>
      </w:rPr>
      <w:t>진작가</w:t>
    </w:r>
    <w:r>
      <w:rPr>
        <w:rFonts w:hint="eastAsia"/>
        <w:color w:val="828282"/>
        <w:sz w:val="14"/>
        <w:lang w:eastAsia="ko-KR"/>
      </w:rPr>
      <w:t xml:space="preserve"> </w:t>
    </w:r>
    <w:r>
      <w:rPr>
        <w:rFonts w:hint="eastAsia"/>
        <w:color w:val="828282"/>
        <w:sz w:val="14"/>
        <w:lang w:eastAsia="ko-KR"/>
      </w:rPr>
      <w:t>공모</w:t>
    </w:r>
    <w:r>
      <w:rPr>
        <w:rFonts w:hint="eastAsia"/>
        <w:color w:val="828282"/>
        <w:sz w:val="14"/>
        <w:lang w:eastAsia="ko-KR"/>
      </w:rPr>
      <w:t xml:space="preserve"> </w:t>
    </w:r>
    <w:r>
      <w:rPr>
        <w:rFonts w:hint="eastAsia"/>
        <w:color w:val="828282"/>
        <w:sz w:val="14"/>
        <w:lang w:eastAsia="ko-KR"/>
      </w:rPr>
      <w:t>지원서</w:t>
    </w:r>
    <w:r>
      <w:rPr>
        <w:rFonts w:hint="eastAsia"/>
        <w:color w:val="828282"/>
        <w:sz w:val="14"/>
        <w:lang w:eastAsia="ko-K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C390B" w14:textId="77777777" w:rsidR="00ED32CC" w:rsidRDefault="00ED32CC">
      <w:pPr>
        <w:spacing w:after="0" w:line="240" w:lineRule="auto"/>
      </w:pPr>
      <w:r>
        <w:separator/>
      </w:r>
    </w:p>
  </w:footnote>
  <w:footnote w:type="continuationSeparator" w:id="0">
    <w:p w14:paraId="7FBFFC5D" w14:textId="77777777" w:rsidR="00ED32CC" w:rsidRDefault="00ED3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28420" w14:textId="7B5F3ACA" w:rsidR="003E7384" w:rsidRDefault="003E7384">
    <w:pPr>
      <w:pStyle w:val="a5"/>
    </w:pPr>
    <w:r w:rsidRPr="003E7384">
      <w:drawing>
        <wp:inline distT="0" distB="0" distL="0" distR="0" wp14:anchorId="5E1374AF" wp14:editId="496EB72E">
          <wp:extent cx="917967" cy="2520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19624" t="25852" r="18930" b="23544"/>
                  <a:stretch/>
                </pic:blipFill>
                <pic:spPr bwMode="auto">
                  <a:xfrm>
                    <a:off x="0" y="0"/>
                    <a:ext cx="917967" cy="25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B5CEC"/>
    <w:rsid w:val="003E7384"/>
    <w:rsid w:val="007D605B"/>
    <w:rsid w:val="00A951F8"/>
    <w:rsid w:val="00AA1D8D"/>
    <w:rsid w:val="00B47730"/>
    <w:rsid w:val="00CB0664"/>
    <w:rsid w:val="00ED32C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831122"/>
  <w14:defaultImageDpi w14:val="300"/>
  <w15:docId w15:val="{04CA2B68-7D1E-400B-B0B3-15D4C532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eastAsia="맑은 고딕" w:hAnsi="Arial"/>
      <w:sz w:val="19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Normal (Web)"/>
    <w:basedOn w:val="a1"/>
    <w:uiPriority w:val="99"/>
    <w:semiHidden/>
    <w:unhideWhenUsed/>
    <w:rsid w:val="003E7384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PBG</cp:lastModifiedBy>
  <cp:revision>3</cp:revision>
  <dcterms:created xsi:type="dcterms:W3CDTF">2013-12-23T23:15:00Z</dcterms:created>
  <dcterms:modified xsi:type="dcterms:W3CDTF">2026-09-30T12:38:00Z</dcterms:modified>
  <cp:category/>
</cp:coreProperties>
</file>